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1171" w14:textId="77777777" w:rsidR="00707743" w:rsidRPr="009F685C" w:rsidRDefault="00707743" w:rsidP="002A6FFA">
      <w:pPr>
        <w:pStyle w:val="Ttulo1"/>
        <w:jc w:val="center"/>
        <w:rPr>
          <w:rFonts w:cstheme="majorHAnsi"/>
          <w:sz w:val="24"/>
          <w:szCs w:val="24"/>
        </w:rPr>
      </w:pPr>
      <w:r w:rsidRPr="009F685C">
        <w:rPr>
          <w:rFonts w:cstheme="majorHAnsi"/>
          <w:sz w:val="24"/>
          <w:szCs w:val="24"/>
        </w:rPr>
        <w:t>FORMATO DE VERIFICACIÓN DE DERECHOS A NIÑAS EN EMBARAZO</w:t>
      </w:r>
    </w:p>
    <w:p w14:paraId="585B07A6" w14:textId="77777777" w:rsidR="00C310D4" w:rsidRPr="009F685C" w:rsidRDefault="001A2F94">
      <w:pPr>
        <w:pStyle w:val="Ttulo1"/>
        <w:rPr>
          <w:rFonts w:cstheme="majorHAnsi"/>
          <w:sz w:val="24"/>
          <w:szCs w:val="24"/>
        </w:rPr>
      </w:pPr>
      <w:r w:rsidRPr="009F685C">
        <w:rPr>
          <w:rFonts w:cstheme="majorHAnsi"/>
          <w:sz w:val="24"/>
          <w:szCs w:val="24"/>
        </w:rPr>
        <w:t xml:space="preserve">INSTITUCIÓN </w:t>
      </w:r>
      <w:r w:rsidR="00707743" w:rsidRPr="009F685C">
        <w:rPr>
          <w:rFonts w:cstheme="majorHAnsi"/>
          <w:sz w:val="24"/>
          <w:szCs w:val="24"/>
        </w:rPr>
        <w:t>EDUCATIVA: ____________________________________</w:t>
      </w:r>
    </w:p>
    <w:p w14:paraId="37413EDA" w14:textId="77777777" w:rsidR="00707743" w:rsidRPr="009F685C" w:rsidRDefault="00707743" w:rsidP="00707743">
      <w:pPr>
        <w:rPr>
          <w:rFonts w:asciiTheme="majorHAnsi" w:hAnsiTheme="majorHAnsi" w:cstheme="majorHAnsi"/>
          <w:sz w:val="24"/>
          <w:szCs w:val="24"/>
        </w:rPr>
      </w:pPr>
    </w:p>
    <w:p w14:paraId="5D14F8FA" w14:textId="77777777" w:rsidR="00707743" w:rsidRPr="009F685C" w:rsidRDefault="00707743" w:rsidP="00707743">
      <w:pPr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Fecha:</w:t>
      </w:r>
      <w:r w:rsidR="00EA5EDF" w:rsidRPr="009F685C">
        <w:rPr>
          <w:rFonts w:asciiTheme="majorHAnsi" w:hAnsiTheme="majorHAnsi" w:cstheme="majorHAnsi"/>
          <w:sz w:val="24"/>
          <w:szCs w:val="24"/>
        </w:rPr>
        <w:t xml:space="preserve"> </w:t>
      </w:r>
      <w:r w:rsidRPr="009F685C">
        <w:rPr>
          <w:rFonts w:asciiTheme="majorHAnsi" w:hAnsiTheme="majorHAnsi" w:cstheme="majorHAnsi"/>
          <w:sz w:val="24"/>
          <w:szCs w:val="24"/>
        </w:rPr>
        <w:t>_________________________________________________</w:t>
      </w:r>
    </w:p>
    <w:p w14:paraId="08A0691D" w14:textId="77777777" w:rsidR="00C310D4" w:rsidRPr="009F685C" w:rsidRDefault="001A2F94">
      <w:pPr>
        <w:pStyle w:val="Ttulo3"/>
        <w:rPr>
          <w:rFonts w:cstheme="majorHAnsi"/>
          <w:sz w:val="24"/>
          <w:szCs w:val="24"/>
        </w:rPr>
      </w:pPr>
      <w:r w:rsidRPr="009F685C">
        <w:rPr>
          <w:rFonts w:cstheme="majorHAnsi"/>
          <w:sz w:val="24"/>
          <w:szCs w:val="24"/>
        </w:rPr>
        <w:t>1. DATOS DE IDENTIFICACIÓN DE LA ESTUDIANTE</w:t>
      </w:r>
    </w:p>
    <w:p w14:paraId="0CED2C4B" w14:textId="414AB1B3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Nombre completo:</w:t>
      </w:r>
    </w:p>
    <w:p w14:paraId="01C8F9EA" w14:textId="69900002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Edad:</w:t>
      </w:r>
    </w:p>
    <w:p w14:paraId="1628301F" w14:textId="545D40B7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Grado:</w:t>
      </w:r>
    </w:p>
    <w:p w14:paraId="1ECACBE4" w14:textId="18888D37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Tipo de documento:</w:t>
      </w:r>
    </w:p>
    <w:p w14:paraId="64FC9DE7" w14:textId="499E3D90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Número de documento:</w:t>
      </w:r>
    </w:p>
    <w:p w14:paraId="4A4289F9" w14:textId="56AC9B32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Dirección de residencia:</w:t>
      </w:r>
    </w:p>
    <w:p w14:paraId="75B3F43D" w14:textId="36CABDDB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Teléfono de contacto:</w:t>
      </w:r>
    </w:p>
    <w:p w14:paraId="13ADBFC0" w14:textId="1AE25B98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EPS / IPS:</w:t>
      </w:r>
    </w:p>
    <w:p w14:paraId="0BA1D855" w14:textId="77777777" w:rsidR="00C310D4" w:rsidRPr="009F685C" w:rsidRDefault="001A2F94">
      <w:pPr>
        <w:pStyle w:val="Ttulo3"/>
        <w:rPr>
          <w:rFonts w:cstheme="majorHAnsi"/>
          <w:sz w:val="24"/>
          <w:szCs w:val="24"/>
        </w:rPr>
      </w:pPr>
      <w:r w:rsidRPr="009F685C">
        <w:rPr>
          <w:rFonts w:cstheme="majorHAnsi"/>
          <w:sz w:val="24"/>
          <w:szCs w:val="24"/>
        </w:rPr>
        <w:t>2. SITUACIÓN ACTUAL DE EMBARAZO</w:t>
      </w:r>
    </w:p>
    <w:p w14:paraId="5AF4F577" w14:textId="78E0924F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Tiempo de gestación:</w:t>
      </w:r>
    </w:p>
    <w:p w14:paraId="0279C61A" w14:textId="5A59D476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Atención médica prenat</w:t>
      </w:r>
      <w:r w:rsidR="001E6D49" w:rsidRPr="009F685C">
        <w:rPr>
          <w:rFonts w:asciiTheme="majorHAnsi" w:hAnsiTheme="majorHAnsi" w:cstheme="majorHAnsi"/>
          <w:sz w:val="24"/>
          <w:szCs w:val="24"/>
        </w:rPr>
        <w:t xml:space="preserve">al Sí___ </w:t>
      </w:r>
      <w:r w:rsidRPr="009F685C">
        <w:rPr>
          <w:rFonts w:asciiTheme="majorHAnsi" w:hAnsiTheme="majorHAnsi" w:cstheme="majorHAnsi"/>
          <w:sz w:val="24"/>
          <w:szCs w:val="24"/>
        </w:rPr>
        <w:t>No</w:t>
      </w:r>
      <w:r w:rsidR="001E6D49" w:rsidRPr="009F685C">
        <w:rPr>
          <w:rFonts w:asciiTheme="majorHAnsi" w:hAnsiTheme="majorHAnsi" w:cstheme="majorHAnsi"/>
          <w:sz w:val="24"/>
          <w:szCs w:val="24"/>
        </w:rPr>
        <w:t>____</w:t>
      </w:r>
    </w:p>
    <w:p w14:paraId="14B18E31" w14:textId="4338A522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En caso afirmativo, ¿</w:t>
      </w:r>
      <w:r w:rsidR="001A1D9B" w:rsidRPr="009F685C">
        <w:rPr>
          <w:rFonts w:asciiTheme="majorHAnsi" w:hAnsiTheme="majorHAnsi" w:cstheme="majorHAnsi"/>
          <w:sz w:val="24"/>
          <w:szCs w:val="24"/>
        </w:rPr>
        <w:t>dónde?</w:t>
      </w:r>
      <w:r w:rsidR="001E6D49" w:rsidRPr="009F685C">
        <w:rPr>
          <w:rFonts w:asciiTheme="majorHAnsi" w:hAnsiTheme="majorHAnsi" w:cstheme="majorHAnsi"/>
          <w:sz w:val="24"/>
          <w:szCs w:val="24"/>
        </w:rPr>
        <w:t>:</w:t>
      </w:r>
    </w:p>
    <w:p w14:paraId="7AA8B0DC" w14:textId="6F23E343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¿Se encuentra en control c</w:t>
      </w:r>
      <w:r w:rsidR="001E6D49" w:rsidRPr="009F685C">
        <w:rPr>
          <w:rFonts w:asciiTheme="majorHAnsi" w:hAnsiTheme="majorHAnsi" w:cstheme="majorHAnsi"/>
          <w:sz w:val="24"/>
          <w:szCs w:val="24"/>
        </w:rPr>
        <w:t>on alguna entidad de salud? Sí____ No___</w:t>
      </w:r>
    </w:p>
    <w:p w14:paraId="3495EE92" w14:textId="4ED28058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¿</w:t>
      </w:r>
      <w:r w:rsidR="001A1D9B" w:rsidRPr="009F685C">
        <w:rPr>
          <w:rFonts w:asciiTheme="majorHAnsi" w:hAnsiTheme="majorHAnsi" w:cstheme="majorHAnsi"/>
          <w:sz w:val="24"/>
          <w:szCs w:val="24"/>
        </w:rPr>
        <w:t>Cuál?</w:t>
      </w:r>
    </w:p>
    <w:p w14:paraId="76EE1A3F" w14:textId="7C92854F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¿Conoce sus derech</w:t>
      </w:r>
      <w:r w:rsidR="001E6D49" w:rsidRPr="009F685C">
        <w:rPr>
          <w:rFonts w:asciiTheme="majorHAnsi" w:hAnsiTheme="majorHAnsi" w:cstheme="majorHAnsi"/>
          <w:sz w:val="24"/>
          <w:szCs w:val="24"/>
        </w:rPr>
        <w:t>os como madre gestante? Sí____ No___</w:t>
      </w:r>
    </w:p>
    <w:p w14:paraId="2771E078" w14:textId="1C1123A2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¿El padre del beb</w:t>
      </w:r>
      <w:r w:rsidR="001E6D49" w:rsidRPr="009F685C">
        <w:rPr>
          <w:rFonts w:asciiTheme="majorHAnsi" w:hAnsiTheme="majorHAnsi" w:cstheme="majorHAnsi"/>
          <w:sz w:val="24"/>
          <w:szCs w:val="24"/>
        </w:rPr>
        <w:t>é está presente y apoya? Sí____ No___</w:t>
      </w:r>
    </w:p>
    <w:p w14:paraId="56BD1F8D" w14:textId="5890C21C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 xml:space="preserve">¿Ha recibido acompañamiento </w:t>
      </w:r>
      <w:r w:rsidR="001E6D49" w:rsidRPr="009F685C">
        <w:rPr>
          <w:rFonts w:asciiTheme="majorHAnsi" w:hAnsiTheme="majorHAnsi" w:cstheme="majorHAnsi"/>
          <w:sz w:val="24"/>
          <w:szCs w:val="24"/>
        </w:rPr>
        <w:t>familiar? Sí____ No___</w:t>
      </w:r>
    </w:p>
    <w:p w14:paraId="30705AC3" w14:textId="77777777" w:rsidR="00C310D4" w:rsidRPr="009F685C" w:rsidRDefault="001A2F94">
      <w:pPr>
        <w:pStyle w:val="Ttulo3"/>
        <w:rPr>
          <w:rFonts w:cstheme="majorHAnsi"/>
          <w:sz w:val="24"/>
          <w:szCs w:val="24"/>
        </w:rPr>
      </w:pPr>
      <w:r w:rsidRPr="009F685C">
        <w:rPr>
          <w:rFonts w:cstheme="majorHAnsi"/>
          <w:sz w:val="24"/>
          <w:szCs w:val="24"/>
        </w:rPr>
        <w:t>3. ENTORNO EDUCATIVO Y SOCIAL</w:t>
      </w:r>
    </w:p>
    <w:p w14:paraId="6156ABF3" w14:textId="44739838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¿Ha habido alguna forma de dis</w:t>
      </w:r>
      <w:r w:rsidR="00707743" w:rsidRPr="009F685C">
        <w:rPr>
          <w:rFonts w:asciiTheme="majorHAnsi" w:hAnsiTheme="majorHAnsi" w:cstheme="majorHAnsi"/>
          <w:sz w:val="24"/>
          <w:szCs w:val="24"/>
        </w:rPr>
        <w:t xml:space="preserve">criminación en la institución? </w:t>
      </w:r>
      <w:r w:rsidRPr="009F685C">
        <w:rPr>
          <w:rFonts w:asciiTheme="majorHAnsi" w:hAnsiTheme="majorHAnsi" w:cstheme="majorHAnsi"/>
          <w:sz w:val="24"/>
          <w:szCs w:val="24"/>
        </w:rPr>
        <w:t>Sí</w:t>
      </w:r>
      <w:r w:rsidR="00707743" w:rsidRPr="009F685C">
        <w:rPr>
          <w:rFonts w:asciiTheme="majorHAnsi" w:hAnsiTheme="majorHAnsi" w:cstheme="majorHAnsi"/>
          <w:sz w:val="24"/>
          <w:szCs w:val="24"/>
        </w:rPr>
        <w:t xml:space="preserve"> ____ </w:t>
      </w:r>
      <w:r w:rsidRPr="009F685C">
        <w:rPr>
          <w:rFonts w:asciiTheme="majorHAnsi" w:hAnsiTheme="majorHAnsi" w:cstheme="majorHAnsi"/>
          <w:sz w:val="24"/>
          <w:szCs w:val="24"/>
        </w:rPr>
        <w:t>No</w:t>
      </w:r>
      <w:r w:rsidR="00707743" w:rsidRPr="009F685C">
        <w:rPr>
          <w:rFonts w:asciiTheme="majorHAnsi" w:hAnsiTheme="majorHAnsi" w:cstheme="majorHAnsi"/>
          <w:sz w:val="24"/>
          <w:szCs w:val="24"/>
        </w:rPr>
        <w:t xml:space="preserve"> _____</w:t>
      </w:r>
    </w:p>
    <w:p w14:paraId="550F838F" w14:textId="21A37356" w:rsidR="00C310D4" w:rsidRPr="009F685C" w:rsidRDefault="001A2F94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 xml:space="preserve">¿Por parte de </w:t>
      </w:r>
      <w:r w:rsidR="00FA2BA8" w:rsidRPr="009F685C">
        <w:rPr>
          <w:rFonts w:asciiTheme="majorHAnsi" w:hAnsiTheme="majorHAnsi" w:cstheme="majorHAnsi"/>
          <w:sz w:val="24"/>
          <w:szCs w:val="24"/>
        </w:rPr>
        <w:t>quién?</w:t>
      </w:r>
    </w:p>
    <w:p w14:paraId="4F36EF92" w14:textId="168C7FAA" w:rsidR="00707743" w:rsidRPr="009F685C" w:rsidRDefault="001A2F94" w:rsidP="00707743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 xml:space="preserve">¿Siente apoyo de sus docentes y compañeros? </w:t>
      </w:r>
      <w:r w:rsidR="00707743" w:rsidRPr="009F685C">
        <w:rPr>
          <w:rFonts w:asciiTheme="majorHAnsi" w:hAnsiTheme="majorHAnsi" w:cstheme="majorHAnsi"/>
          <w:sz w:val="24"/>
          <w:szCs w:val="24"/>
        </w:rPr>
        <w:t>Sí ____ No _____</w:t>
      </w:r>
    </w:p>
    <w:p w14:paraId="0991A017" w14:textId="77777777" w:rsidR="00C310D4" w:rsidRPr="009F685C" w:rsidRDefault="00C310D4" w:rsidP="00707743">
      <w:pPr>
        <w:pStyle w:val="Listaconvietas"/>
        <w:numPr>
          <w:ilvl w:val="0"/>
          <w:numId w:val="0"/>
        </w:numPr>
        <w:ind w:left="360"/>
        <w:rPr>
          <w:rFonts w:asciiTheme="majorHAnsi" w:hAnsiTheme="majorHAnsi" w:cstheme="majorHAnsi"/>
          <w:sz w:val="24"/>
          <w:szCs w:val="24"/>
        </w:rPr>
      </w:pPr>
    </w:p>
    <w:p w14:paraId="32B742FC" w14:textId="270A52EF" w:rsidR="00707743" w:rsidRPr="009F685C" w:rsidRDefault="001A2F94" w:rsidP="00707743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¿Se han realizado ajustes razonables para su permanencia en el sistema educativo?</w:t>
      </w:r>
      <w:r w:rsidR="00707743" w:rsidRPr="009F685C">
        <w:rPr>
          <w:rFonts w:asciiTheme="majorHAnsi" w:hAnsiTheme="majorHAnsi" w:cstheme="majorHAnsi"/>
          <w:sz w:val="24"/>
          <w:szCs w:val="24"/>
        </w:rPr>
        <w:t xml:space="preserve">     </w:t>
      </w:r>
      <w:r w:rsidRPr="009F685C">
        <w:rPr>
          <w:rFonts w:asciiTheme="majorHAnsi" w:hAnsiTheme="majorHAnsi" w:cstheme="majorHAnsi"/>
          <w:sz w:val="24"/>
          <w:szCs w:val="24"/>
        </w:rPr>
        <w:t xml:space="preserve"> </w:t>
      </w:r>
      <w:r w:rsidR="00707743" w:rsidRPr="009F685C">
        <w:rPr>
          <w:rFonts w:asciiTheme="majorHAnsi" w:hAnsiTheme="majorHAnsi" w:cstheme="majorHAnsi"/>
          <w:sz w:val="24"/>
          <w:szCs w:val="24"/>
        </w:rPr>
        <w:t>Sí ____ No _____</w:t>
      </w:r>
      <w:r w:rsidR="001E6D49" w:rsidRPr="009F685C">
        <w:rPr>
          <w:rFonts w:asciiTheme="majorHAnsi" w:hAnsiTheme="majorHAnsi" w:cstheme="majorHAnsi"/>
          <w:sz w:val="24"/>
          <w:szCs w:val="24"/>
        </w:rPr>
        <w:t>__________________________</w:t>
      </w:r>
    </w:p>
    <w:p w14:paraId="2DF9D732" w14:textId="77777777" w:rsidR="000E5F69" w:rsidRPr="009F685C" w:rsidRDefault="000E5F69" w:rsidP="009F685C">
      <w:pPr>
        <w:pStyle w:val="Listaconvietas"/>
        <w:numPr>
          <w:ilvl w:val="0"/>
          <w:numId w:val="0"/>
        </w:numPr>
        <w:ind w:left="360"/>
        <w:rPr>
          <w:rFonts w:asciiTheme="majorHAnsi" w:hAnsiTheme="majorHAnsi" w:cstheme="majorHAnsi"/>
          <w:sz w:val="24"/>
          <w:szCs w:val="24"/>
        </w:rPr>
      </w:pPr>
    </w:p>
    <w:p w14:paraId="3B9192F7" w14:textId="521C5AD0" w:rsidR="00C310D4" w:rsidRPr="009F685C" w:rsidRDefault="001A2F94" w:rsidP="00905D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lastRenderedPageBreak/>
        <w:t>¿Cuáles?:</w:t>
      </w:r>
    </w:p>
    <w:p w14:paraId="5ABFEA44" w14:textId="24D4BC0D" w:rsidR="00707743" w:rsidRPr="009F685C" w:rsidRDefault="001A2F94" w:rsidP="00707743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 xml:space="preserve">¿Recibe apoyo psicosocial dentro o fuera del colegio? </w:t>
      </w:r>
      <w:r w:rsidR="00707743" w:rsidRPr="009F685C">
        <w:rPr>
          <w:rFonts w:asciiTheme="majorHAnsi" w:hAnsiTheme="majorHAnsi" w:cstheme="majorHAnsi"/>
          <w:sz w:val="24"/>
          <w:szCs w:val="24"/>
        </w:rPr>
        <w:t>Sí ____ No _____</w:t>
      </w:r>
    </w:p>
    <w:p w14:paraId="0F8B190F" w14:textId="103EF413" w:rsidR="00C310D4" w:rsidRPr="009F685C" w:rsidRDefault="001A2F94" w:rsidP="001B6066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¿Con qué entidad o profesional?:</w:t>
      </w:r>
    </w:p>
    <w:p w14:paraId="74D0C4B0" w14:textId="77777777" w:rsidR="009F685C" w:rsidRDefault="009F685C">
      <w:pPr>
        <w:pStyle w:val="Ttulo3"/>
        <w:rPr>
          <w:rFonts w:cstheme="majorHAnsi"/>
          <w:sz w:val="24"/>
          <w:szCs w:val="24"/>
        </w:rPr>
      </w:pPr>
    </w:p>
    <w:p w14:paraId="664D0C92" w14:textId="668AC5BD" w:rsidR="00C310D4" w:rsidRDefault="001A2F94">
      <w:pPr>
        <w:pStyle w:val="Ttulo3"/>
        <w:rPr>
          <w:rFonts w:cstheme="majorHAnsi"/>
          <w:sz w:val="24"/>
          <w:szCs w:val="24"/>
        </w:rPr>
      </w:pPr>
      <w:r w:rsidRPr="009F685C">
        <w:rPr>
          <w:rFonts w:cstheme="majorHAnsi"/>
          <w:sz w:val="24"/>
          <w:szCs w:val="24"/>
        </w:rPr>
        <w:t>4. VERIFICACIÓN DE DERECHOS</w:t>
      </w:r>
    </w:p>
    <w:p w14:paraId="66888C06" w14:textId="77777777" w:rsidR="009F685C" w:rsidRPr="009F685C" w:rsidRDefault="009F685C" w:rsidP="009F68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310D4" w:rsidRPr="009F685C" w14:paraId="6A7C4B10" w14:textId="77777777" w:rsidTr="00EA5EDF">
        <w:tc>
          <w:tcPr>
            <w:tcW w:w="2880" w:type="dxa"/>
          </w:tcPr>
          <w:p w14:paraId="34E818C1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</w:t>
            </w:r>
          </w:p>
        </w:tc>
        <w:tc>
          <w:tcPr>
            <w:tcW w:w="2880" w:type="dxa"/>
          </w:tcPr>
          <w:p w14:paraId="470A642D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¿Se cumple? (Sí/No)</w:t>
            </w:r>
          </w:p>
        </w:tc>
        <w:tc>
          <w:tcPr>
            <w:tcW w:w="2880" w:type="dxa"/>
          </w:tcPr>
          <w:p w14:paraId="74B1F7CC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Observaciones</w:t>
            </w:r>
          </w:p>
        </w:tc>
      </w:tr>
      <w:tr w:rsidR="00C310D4" w:rsidRPr="009F685C" w14:paraId="215DB025" w14:textId="77777777" w:rsidTr="00EA5EDF">
        <w:tc>
          <w:tcPr>
            <w:tcW w:w="2880" w:type="dxa"/>
          </w:tcPr>
          <w:p w14:paraId="3D588BB1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 a la educación sin discriminación</w:t>
            </w:r>
          </w:p>
        </w:tc>
        <w:tc>
          <w:tcPr>
            <w:tcW w:w="2880" w:type="dxa"/>
          </w:tcPr>
          <w:p w14:paraId="08F3C7D7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B4641F9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10D4" w:rsidRPr="009F685C" w14:paraId="486FA2BA" w14:textId="77777777" w:rsidTr="00EA5EDF">
        <w:tc>
          <w:tcPr>
            <w:tcW w:w="2880" w:type="dxa"/>
          </w:tcPr>
          <w:p w14:paraId="223B483F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 a servicios de salud y controles prenatales</w:t>
            </w:r>
          </w:p>
        </w:tc>
        <w:tc>
          <w:tcPr>
            <w:tcW w:w="2880" w:type="dxa"/>
          </w:tcPr>
          <w:p w14:paraId="574F5354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93CB16F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10D4" w:rsidRPr="009F685C" w14:paraId="1F77DBB2" w14:textId="77777777" w:rsidTr="00EA5EDF">
        <w:tc>
          <w:tcPr>
            <w:tcW w:w="2880" w:type="dxa"/>
          </w:tcPr>
          <w:p w14:paraId="7DC28445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 al apoyo psicosocial y emocional</w:t>
            </w:r>
          </w:p>
        </w:tc>
        <w:tc>
          <w:tcPr>
            <w:tcW w:w="2880" w:type="dxa"/>
          </w:tcPr>
          <w:p w14:paraId="2A594EF1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F364167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10D4" w:rsidRPr="009F685C" w14:paraId="0185398E" w14:textId="77777777" w:rsidTr="00EA5EDF">
        <w:tc>
          <w:tcPr>
            <w:tcW w:w="2880" w:type="dxa"/>
          </w:tcPr>
          <w:p w14:paraId="5433F5E2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 a la confidencialidad y privacidad</w:t>
            </w:r>
          </w:p>
        </w:tc>
        <w:tc>
          <w:tcPr>
            <w:tcW w:w="2880" w:type="dxa"/>
          </w:tcPr>
          <w:p w14:paraId="686CBE1C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2EC61E4D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10D4" w:rsidRPr="009F685C" w14:paraId="043C5E87" w14:textId="77777777" w:rsidTr="00EA5EDF">
        <w:tc>
          <w:tcPr>
            <w:tcW w:w="2880" w:type="dxa"/>
          </w:tcPr>
          <w:p w14:paraId="6EFDBE4C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 a participar en decisiones sobre su embarazo</w:t>
            </w:r>
          </w:p>
        </w:tc>
        <w:tc>
          <w:tcPr>
            <w:tcW w:w="2880" w:type="dxa"/>
          </w:tcPr>
          <w:p w14:paraId="177A4EEB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4A323C33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10D4" w:rsidRPr="009F685C" w14:paraId="193B25B4" w14:textId="77777777" w:rsidTr="00EA5EDF">
        <w:tc>
          <w:tcPr>
            <w:tcW w:w="2880" w:type="dxa"/>
          </w:tcPr>
          <w:p w14:paraId="1B030709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 a una vida libre de violencia</w:t>
            </w:r>
          </w:p>
        </w:tc>
        <w:tc>
          <w:tcPr>
            <w:tcW w:w="2880" w:type="dxa"/>
          </w:tcPr>
          <w:p w14:paraId="5E319B44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01E65FB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310D4" w:rsidRPr="009F685C" w14:paraId="4D00513B" w14:textId="77777777" w:rsidTr="00EA5EDF">
        <w:tc>
          <w:tcPr>
            <w:tcW w:w="2880" w:type="dxa"/>
          </w:tcPr>
          <w:p w14:paraId="0D2223DD" w14:textId="77777777" w:rsidR="00C310D4" w:rsidRPr="009F685C" w:rsidRDefault="001A2F9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F685C">
              <w:rPr>
                <w:rFonts w:asciiTheme="majorHAnsi" w:hAnsiTheme="majorHAnsi" w:cstheme="majorHAnsi"/>
                <w:sz w:val="24"/>
                <w:szCs w:val="24"/>
              </w:rPr>
              <w:t>Derecho a continuar su proceso educativo con apoyo</w:t>
            </w:r>
          </w:p>
        </w:tc>
        <w:tc>
          <w:tcPr>
            <w:tcW w:w="2880" w:type="dxa"/>
          </w:tcPr>
          <w:p w14:paraId="71C694F9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14:paraId="6A4DFD6E" w14:textId="77777777" w:rsidR="00C310D4" w:rsidRPr="009F685C" w:rsidRDefault="00C310D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3E4407E" w14:textId="77777777" w:rsidR="009F685C" w:rsidRDefault="009F685C">
      <w:pPr>
        <w:pStyle w:val="Ttulo3"/>
        <w:rPr>
          <w:rFonts w:cstheme="majorHAnsi"/>
          <w:sz w:val="24"/>
          <w:szCs w:val="24"/>
        </w:rPr>
      </w:pPr>
    </w:p>
    <w:p w14:paraId="43DB1B67" w14:textId="77777777" w:rsidR="009F685C" w:rsidRPr="009F685C" w:rsidRDefault="009F685C" w:rsidP="009F685C"/>
    <w:p w14:paraId="20393055" w14:textId="5D9A4F62" w:rsidR="00C310D4" w:rsidRDefault="001A2F94">
      <w:pPr>
        <w:pStyle w:val="Ttulo3"/>
        <w:rPr>
          <w:rFonts w:cstheme="majorHAnsi"/>
          <w:sz w:val="24"/>
          <w:szCs w:val="24"/>
        </w:rPr>
      </w:pPr>
      <w:r w:rsidRPr="009F685C">
        <w:rPr>
          <w:rFonts w:cstheme="majorHAnsi"/>
          <w:sz w:val="24"/>
          <w:szCs w:val="24"/>
        </w:rPr>
        <w:lastRenderedPageBreak/>
        <w:t>5. ACCIONES DE ACOMPAÑAMIENTO</w:t>
      </w:r>
    </w:p>
    <w:p w14:paraId="20165DE3" w14:textId="77777777" w:rsidR="009F685C" w:rsidRPr="009F685C" w:rsidRDefault="009F685C" w:rsidP="009F685C"/>
    <w:p w14:paraId="56B7474F" w14:textId="492F17FB" w:rsidR="009F685C" w:rsidRPr="009F685C" w:rsidRDefault="001A2F94">
      <w:pPr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 xml:space="preserve">Acciones realizadas por la institución:  </w:t>
      </w:r>
      <w:r w:rsidR="009F685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F1E12B" w14:textId="5DAA9A38" w:rsidR="009F685C" w:rsidRPr="009F685C" w:rsidRDefault="001A2F94" w:rsidP="009F685C">
      <w:pPr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Recomendaciones al equipo docente:</w:t>
      </w:r>
      <w:r w:rsidRPr="009F685C">
        <w:rPr>
          <w:rFonts w:asciiTheme="majorHAnsi" w:hAnsiTheme="majorHAnsi" w:cstheme="majorHAnsi"/>
          <w:sz w:val="24"/>
          <w:szCs w:val="24"/>
        </w:rPr>
        <w:br/>
      </w:r>
      <w:r w:rsidR="009F685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FC7A12" w14:textId="016181AF" w:rsidR="009F685C" w:rsidRPr="009F685C" w:rsidRDefault="001A2F94" w:rsidP="009F685C">
      <w:pPr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Derivaciones realizadas (Comisaría, ICBF, salud, etc.):</w:t>
      </w:r>
      <w:r w:rsidRPr="009F685C">
        <w:rPr>
          <w:rFonts w:asciiTheme="majorHAnsi" w:hAnsiTheme="majorHAnsi" w:cstheme="majorHAnsi"/>
          <w:sz w:val="24"/>
          <w:szCs w:val="24"/>
        </w:rPr>
        <w:br/>
      </w:r>
      <w:r w:rsidR="009F685C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50B937" w14:textId="1BAF919F" w:rsidR="00E841F1" w:rsidRPr="009F685C" w:rsidRDefault="00E841F1" w:rsidP="00E841F1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9F685C">
        <w:rPr>
          <w:rFonts w:asciiTheme="majorHAnsi" w:hAnsiTheme="majorHAnsi" w:cstheme="majorHAnsi"/>
          <w:b/>
          <w:bCs/>
          <w:sz w:val="24"/>
          <w:szCs w:val="24"/>
        </w:rPr>
        <w:t>6. FIRMAS</w:t>
      </w:r>
    </w:p>
    <w:p w14:paraId="397247DF" w14:textId="671513E4" w:rsidR="001E6D49" w:rsidRPr="009F685C" w:rsidRDefault="001E6D49" w:rsidP="00E841F1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9F685C">
        <w:rPr>
          <w:rFonts w:asciiTheme="majorHAnsi" w:hAnsiTheme="majorHAnsi" w:cstheme="majorHAnsi"/>
          <w:b/>
          <w:bCs/>
          <w:sz w:val="24"/>
          <w:szCs w:val="24"/>
        </w:rPr>
        <w:t>____________________________________________</w:t>
      </w:r>
    </w:p>
    <w:p w14:paraId="157DE68B" w14:textId="429618B1" w:rsidR="001E6D49" w:rsidRPr="009F685C" w:rsidRDefault="00E841F1" w:rsidP="001E6D49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9F685C">
        <w:rPr>
          <w:rFonts w:asciiTheme="majorHAnsi" w:hAnsiTheme="majorHAnsi" w:cstheme="majorHAnsi"/>
          <w:b/>
          <w:bCs/>
          <w:sz w:val="24"/>
          <w:szCs w:val="24"/>
        </w:rPr>
        <w:t>Do</w:t>
      </w:r>
      <w:r w:rsidR="00BF65D0" w:rsidRPr="009F685C">
        <w:rPr>
          <w:rFonts w:asciiTheme="majorHAnsi" w:hAnsiTheme="majorHAnsi" w:cstheme="majorHAnsi"/>
          <w:b/>
          <w:bCs/>
          <w:sz w:val="24"/>
          <w:szCs w:val="24"/>
        </w:rPr>
        <w:t>cente</w:t>
      </w:r>
    </w:p>
    <w:p w14:paraId="6730A550" w14:textId="77777777" w:rsidR="00ED05D1" w:rsidRPr="009F685C" w:rsidRDefault="00ED05D1" w:rsidP="001E6D49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531DB9A" w14:textId="4DDCE0AA" w:rsidR="001E6D49" w:rsidRPr="009F685C" w:rsidRDefault="001E6D49" w:rsidP="001E6D49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9F685C">
        <w:rPr>
          <w:rFonts w:asciiTheme="majorHAnsi" w:hAnsiTheme="majorHAnsi" w:cstheme="majorHAnsi"/>
          <w:b/>
          <w:bCs/>
          <w:sz w:val="24"/>
          <w:szCs w:val="24"/>
        </w:rPr>
        <w:t>____________________________________________</w:t>
      </w:r>
      <w:r w:rsidR="00E841F1" w:rsidRPr="009F685C">
        <w:rPr>
          <w:rFonts w:asciiTheme="majorHAnsi" w:hAnsiTheme="majorHAnsi" w:cstheme="majorHAnsi"/>
          <w:sz w:val="24"/>
          <w:szCs w:val="24"/>
        </w:rPr>
        <w:br/>
      </w:r>
      <w:r w:rsidRPr="009F685C">
        <w:rPr>
          <w:rFonts w:asciiTheme="majorHAnsi" w:hAnsiTheme="majorHAnsi" w:cstheme="majorHAnsi"/>
          <w:b/>
          <w:bCs/>
          <w:sz w:val="24"/>
          <w:szCs w:val="24"/>
        </w:rPr>
        <w:t xml:space="preserve"> Coordinador</w:t>
      </w:r>
      <w:r w:rsidR="00E841F1" w:rsidRPr="009F685C">
        <w:rPr>
          <w:rFonts w:asciiTheme="majorHAnsi" w:hAnsiTheme="majorHAnsi" w:cstheme="majorHAnsi"/>
          <w:sz w:val="24"/>
          <w:szCs w:val="24"/>
        </w:rPr>
        <w:br/>
      </w:r>
    </w:p>
    <w:p w14:paraId="39B9884C" w14:textId="13BD033C" w:rsidR="00E841F1" w:rsidRPr="009F685C" w:rsidRDefault="00E841F1" w:rsidP="001E6D49">
      <w:pPr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b/>
          <w:bCs/>
          <w:sz w:val="24"/>
          <w:szCs w:val="24"/>
        </w:rPr>
        <w:t>Estudiante:</w:t>
      </w:r>
      <w:r w:rsidRPr="009F685C">
        <w:rPr>
          <w:rFonts w:asciiTheme="majorHAnsi" w:hAnsiTheme="majorHAnsi" w:cstheme="majorHAnsi"/>
          <w:sz w:val="24"/>
          <w:szCs w:val="24"/>
        </w:rPr>
        <w:br/>
      </w:r>
    </w:p>
    <w:p w14:paraId="1137A95C" w14:textId="1F94FDEB" w:rsidR="001E6D49" w:rsidRPr="009F685C" w:rsidRDefault="001E6D49" w:rsidP="001E6D49">
      <w:pPr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sz w:val="24"/>
          <w:szCs w:val="24"/>
        </w:rPr>
        <w:t>_______________________________________</w:t>
      </w:r>
    </w:p>
    <w:p w14:paraId="34B03AA8" w14:textId="3376A8B7" w:rsidR="00E841F1" w:rsidRPr="009F685C" w:rsidRDefault="001E6D49">
      <w:pPr>
        <w:rPr>
          <w:rFonts w:asciiTheme="majorHAnsi" w:hAnsiTheme="majorHAnsi" w:cstheme="majorHAnsi"/>
          <w:sz w:val="24"/>
          <w:szCs w:val="24"/>
        </w:rPr>
      </w:pPr>
      <w:r w:rsidRPr="009F685C">
        <w:rPr>
          <w:rFonts w:asciiTheme="majorHAnsi" w:hAnsiTheme="majorHAnsi" w:cstheme="majorHAnsi"/>
          <w:b/>
          <w:bCs/>
          <w:sz w:val="24"/>
          <w:szCs w:val="24"/>
        </w:rPr>
        <w:t>Padre/Madre o acudiente (si aplica)</w:t>
      </w:r>
    </w:p>
    <w:sectPr w:rsidR="00E841F1" w:rsidRPr="009F685C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258EC" w14:textId="77777777" w:rsidR="000F292C" w:rsidRDefault="000F292C" w:rsidP="00707743">
      <w:pPr>
        <w:spacing w:after="0" w:line="240" w:lineRule="auto"/>
      </w:pPr>
      <w:r>
        <w:separator/>
      </w:r>
    </w:p>
  </w:endnote>
  <w:endnote w:type="continuationSeparator" w:id="0">
    <w:p w14:paraId="3309F045" w14:textId="77777777" w:rsidR="000F292C" w:rsidRDefault="000F292C" w:rsidP="0070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86397" w14:textId="77777777" w:rsidR="00707743" w:rsidRPr="009F685C" w:rsidRDefault="00707743" w:rsidP="009F685C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lang w:val="es-ES" w:eastAsia="es-ES"/>
      </w:rPr>
    </w:pPr>
    <w:r w:rsidRPr="009F685C">
      <w:rPr>
        <w:rFonts w:ascii="Arial" w:eastAsia="Times New Roman" w:hAnsi="Arial" w:cs="Arial"/>
        <w:lang w:val="es-ES" w:eastAsia="es-ES"/>
      </w:rPr>
      <w:t>Vereda Samaria – Ortega Tolima</w:t>
    </w:r>
  </w:p>
  <w:p w14:paraId="77918493" w14:textId="77777777" w:rsidR="00707743" w:rsidRPr="009F685C" w:rsidRDefault="00707743" w:rsidP="009F685C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lang w:val="es-ES" w:eastAsia="es-ES"/>
      </w:rPr>
    </w:pPr>
    <w:r w:rsidRPr="009F685C">
      <w:rPr>
        <w:rFonts w:ascii="Arial" w:eastAsia="Times New Roman" w:hAnsi="Arial" w:cs="Arial"/>
        <w:lang w:val="es-ES" w:eastAsia="es-ES"/>
      </w:rPr>
      <w:t xml:space="preserve">Correo: </w:t>
    </w:r>
    <w:hyperlink r:id="rId1" w:history="1">
      <w:r w:rsidRPr="009F685C">
        <w:rPr>
          <w:rFonts w:ascii="Arial" w:eastAsia="Times New Roman" w:hAnsi="Arial" w:cs="Arial"/>
          <w:color w:val="0000FF"/>
          <w:u w:val="single"/>
          <w:lang w:val="es-ES" w:eastAsia="es-ES"/>
        </w:rPr>
        <w:t>ortega.iesamaria@sedtolima.edu.co</w:t>
      </w:r>
    </w:hyperlink>
    <w:r w:rsidRPr="009F685C">
      <w:rPr>
        <w:rFonts w:ascii="Arial" w:eastAsia="Times New Roman" w:hAnsi="Arial" w:cs="Arial"/>
        <w:lang w:val="es-ES" w:eastAsia="es-ES"/>
      </w:rPr>
      <w:t xml:space="preserve"> – Tel: 322 201 0193</w:t>
    </w:r>
  </w:p>
  <w:p w14:paraId="2497EAD3" w14:textId="77777777" w:rsidR="00707743" w:rsidRPr="009F685C" w:rsidRDefault="00707743" w:rsidP="009F685C">
    <w:pPr>
      <w:pStyle w:val="Piedepgina"/>
      <w:jc w:val="center"/>
      <w:rPr>
        <w:sz w:val="20"/>
        <w:szCs w:val="20"/>
      </w:rPr>
    </w:pPr>
    <w:r w:rsidRPr="009F685C">
      <w:rPr>
        <w:rFonts w:ascii="Arial" w:eastAsia="Times New Roman" w:hAnsi="Arial" w:cs="Arial"/>
        <w:lang w:val="es-ES" w:eastAsia="es-ES"/>
      </w:rPr>
      <w:t xml:space="preserve">Página Web: </w:t>
    </w:r>
    <w:hyperlink r:id="rId2" w:history="1">
      <w:r w:rsidRPr="009F685C">
        <w:rPr>
          <w:rFonts w:ascii="Arial" w:eastAsia="Times New Roman" w:hAnsi="Arial" w:cs="Arial"/>
          <w:color w:val="0000FF"/>
          <w:u w:val="single"/>
          <w:lang w:val="es-ES" w:eastAsia="es-ES"/>
        </w:rPr>
        <w:t>www.samaria.colegiosonline.com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19557" w14:textId="77777777" w:rsidR="000F292C" w:rsidRDefault="000F292C" w:rsidP="00707743">
      <w:pPr>
        <w:spacing w:after="0" w:line="240" w:lineRule="auto"/>
      </w:pPr>
      <w:r>
        <w:separator/>
      </w:r>
    </w:p>
  </w:footnote>
  <w:footnote w:type="continuationSeparator" w:id="0">
    <w:p w14:paraId="1CDAF690" w14:textId="77777777" w:rsidR="000F292C" w:rsidRDefault="000F292C" w:rsidP="00707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4547" w14:textId="77777777" w:rsidR="00707743" w:rsidRPr="00707743" w:rsidRDefault="00707743" w:rsidP="00707743">
    <w:pPr>
      <w:spacing w:after="0" w:line="240" w:lineRule="auto"/>
      <w:jc w:val="center"/>
      <w:rPr>
        <w:rFonts w:ascii="Arial" w:eastAsia="Times New Roman" w:hAnsi="Arial" w:cs="Arial"/>
        <w:b/>
        <w:noProof/>
        <w:sz w:val="32"/>
        <w:szCs w:val="24"/>
        <w:lang w:val="es-ES" w:eastAsia="es-CO"/>
      </w:rPr>
    </w:pPr>
    <w:r w:rsidRPr="00707743">
      <w:rPr>
        <w:rFonts w:ascii="Times New Roman" w:eastAsia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79F77A3F" wp14:editId="0B61E232">
          <wp:simplePos x="0" y="0"/>
          <wp:positionH relativeFrom="column">
            <wp:posOffset>-124690</wp:posOffset>
          </wp:positionH>
          <wp:positionV relativeFrom="paragraph">
            <wp:posOffset>-20782</wp:posOffset>
          </wp:positionV>
          <wp:extent cx="595745" cy="664078"/>
          <wp:effectExtent l="0" t="0" r="0" b="3175"/>
          <wp:wrapNone/>
          <wp:docPr id="2" name="Imagen 2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45" cy="664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7743">
      <w:rPr>
        <w:rFonts w:ascii="Arial" w:eastAsia="Times New Roman" w:hAnsi="Arial" w:cs="Arial"/>
        <w:b/>
        <w:sz w:val="28"/>
        <w:szCs w:val="24"/>
        <w:lang w:val="es-ES" w:eastAsia="es-ES"/>
      </w:rPr>
      <w:t>INSTITUCION EDUCATIVA SAMARIA</w:t>
    </w:r>
  </w:p>
  <w:p w14:paraId="774E8A5C" w14:textId="77777777" w:rsidR="00707743" w:rsidRPr="00707743" w:rsidRDefault="00707743" w:rsidP="00707743">
    <w:pPr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MX" w:eastAsia="es-ES"/>
      </w:rPr>
    </w:pPr>
    <w:r w:rsidRPr="00707743">
      <w:rPr>
        <w:rFonts w:ascii="Arial" w:eastAsia="Times New Roman" w:hAnsi="Arial" w:cs="Arial"/>
        <w:sz w:val="24"/>
        <w:szCs w:val="24"/>
        <w:lang w:val="es-MX" w:eastAsia="es-ES"/>
      </w:rPr>
      <w:t>Resolución de aprobación No. 2854 del 23 de mayo de 2019</w:t>
    </w:r>
  </w:p>
  <w:p w14:paraId="1B1ED5E6" w14:textId="77777777" w:rsidR="00707743" w:rsidRPr="00707743" w:rsidRDefault="00707743" w:rsidP="00707743">
    <w:pPr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MX" w:eastAsia="es-ES"/>
      </w:rPr>
    </w:pPr>
    <w:r w:rsidRPr="00707743">
      <w:rPr>
        <w:rFonts w:ascii="Arial" w:eastAsia="Times New Roman" w:hAnsi="Arial" w:cs="Arial"/>
        <w:sz w:val="24"/>
        <w:szCs w:val="24"/>
        <w:lang w:val="es-ES" w:eastAsia="es-ES"/>
      </w:rPr>
      <w:t xml:space="preserve">Registro DANE No. </w:t>
    </w:r>
    <w:r w:rsidRPr="00707743">
      <w:rPr>
        <w:rFonts w:ascii="Arial" w:eastAsia="Times New Roman" w:hAnsi="Arial" w:cs="Arial"/>
        <w:sz w:val="24"/>
        <w:szCs w:val="24"/>
        <w:lang w:val="es-MX" w:eastAsia="es-ES"/>
      </w:rPr>
      <w:t xml:space="preserve">273504002183 </w:t>
    </w:r>
    <w:r w:rsidRPr="00707743">
      <w:rPr>
        <w:rFonts w:ascii="Arial" w:eastAsia="Times New Roman" w:hAnsi="Arial" w:cs="Arial"/>
        <w:sz w:val="24"/>
        <w:szCs w:val="24"/>
        <w:lang w:val="es-ES" w:eastAsia="es-ES"/>
      </w:rPr>
      <w:t>Código</w:t>
    </w:r>
    <w:r w:rsidRPr="00707743">
      <w:rPr>
        <w:rFonts w:ascii="Arial" w:eastAsia="Times New Roman" w:hAnsi="Arial" w:cs="Arial"/>
        <w:sz w:val="24"/>
        <w:szCs w:val="24"/>
        <w:lang w:val="es-MX" w:eastAsia="es-ES"/>
      </w:rPr>
      <w:t xml:space="preserve"> ICFES: 112458  </w:t>
    </w:r>
  </w:p>
  <w:p w14:paraId="09009061" w14:textId="77777777" w:rsidR="00707743" w:rsidRPr="00707743" w:rsidRDefault="00707743" w:rsidP="00707743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MX" w:eastAsia="es-ES"/>
      </w:rPr>
    </w:pPr>
    <w:r w:rsidRPr="00707743">
      <w:rPr>
        <w:rFonts w:ascii="Arial" w:eastAsia="Times New Roman" w:hAnsi="Arial" w:cs="Arial"/>
        <w:sz w:val="24"/>
        <w:szCs w:val="24"/>
        <w:lang w:val="es-MX" w:eastAsia="es-ES"/>
      </w:rPr>
      <w:t>NIT: 900.006.187-0</w:t>
    </w:r>
  </w:p>
  <w:p w14:paraId="75AF9913" w14:textId="77777777" w:rsidR="00707743" w:rsidRDefault="0070774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EB8973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0412F7"/>
    <w:multiLevelType w:val="multilevel"/>
    <w:tmpl w:val="91F2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932DAD"/>
    <w:multiLevelType w:val="multilevel"/>
    <w:tmpl w:val="0E86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CE4EF7"/>
    <w:multiLevelType w:val="multilevel"/>
    <w:tmpl w:val="59769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750230"/>
    <w:multiLevelType w:val="multilevel"/>
    <w:tmpl w:val="1EFA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B345CD"/>
    <w:multiLevelType w:val="multilevel"/>
    <w:tmpl w:val="0C92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4942994">
    <w:abstractNumId w:val="8"/>
  </w:num>
  <w:num w:numId="2" w16cid:durableId="742333180">
    <w:abstractNumId w:val="6"/>
  </w:num>
  <w:num w:numId="3" w16cid:durableId="22022937">
    <w:abstractNumId w:val="5"/>
  </w:num>
  <w:num w:numId="4" w16cid:durableId="558788734">
    <w:abstractNumId w:val="4"/>
  </w:num>
  <w:num w:numId="5" w16cid:durableId="2022001799">
    <w:abstractNumId w:val="7"/>
  </w:num>
  <w:num w:numId="6" w16cid:durableId="235669702">
    <w:abstractNumId w:val="3"/>
  </w:num>
  <w:num w:numId="7" w16cid:durableId="1628006155">
    <w:abstractNumId w:val="2"/>
  </w:num>
  <w:num w:numId="8" w16cid:durableId="1932421814">
    <w:abstractNumId w:val="1"/>
  </w:num>
  <w:num w:numId="9" w16cid:durableId="2013529196">
    <w:abstractNumId w:val="0"/>
  </w:num>
  <w:num w:numId="10" w16cid:durableId="809976563">
    <w:abstractNumId w:val="12"/>
  </w:num>
  <w:num w:numId="11" w16cid:durableId="643243383">
    <w:abstractNumId w:val="11"/>
  </w:num>
  <w:num w:numId="12" w16cid:durableId="384916822">
    <w:abstractNumId w:val="13"/>
  </w:num>
  <w:num w:numId="13" w16cid:durableId="1959946158">
    <w:abstractNumId w:val="9"/>
  </w:num>
  <w:num w:numId="14" w16cid:durableId="2854754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F0F"/>
    <w:rsid w:val="000E5F69"/>
    <w:rsid w:val="000F292C"/>
    <w:rsid w:val="0015074B"/>
    <w:rsid w:val="001A1D9B"/>
    <w:rsid w:val="001A2F94"/>
    <w:rsid w:val="001E6D49"/>
    <w:rsid w:val="0029639D"/>
    <w:rsid w:val="002A6FFA"/>
    <w:rsid w:val="00326F90"/>
    <w:rsid w:val="00383614"/>
    <w:rsid w:val="0052604B"/>
    <w:rsid w:val="005E001A"/>
    <w:rsid w:val="00707743"/>
    <w:rsid w:val="007D39F5"/>
    <w:rsid w:val="00980E79"/>
    <w:rsid w:val="009F685C"/>
    <w:rsid w:val="00A4572E"/>
    <w:rsid w:val="00AA1D8D"/>
    <w:rsid w:val="00B47730"/>
    <w:rsid w:val="00BF65D0"/>
    <w:rsid w:val="00C310D4"/>
    <w:rsid w:val="00C638D5"/>
    <w:rsid w:val="00CB0664"/>
    <w:rsid w:val="00CD2716"/>
    <w:rsid w:val="00D17D33"/>
    <w:rsid w:val="00E242BF"/>
    <w:rsid w:val="00E641CA"/>
    <w:rsid w:val="00E841F1"/>
    <w:rsid w:val="00EA5EDF"/>
    <w:rsid w:val="00EA7C40"/>
    <w:rsid w:val="00ED05D1"/>
    <w:rsid w:val="00F31762"/>
    <w:rsid w:val="00FA2B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F98954"/>
  <w14:defaultImageDpi w14:val="300"/>
  <w15:docId w15:val="{2B653BFD-95EE-4EDE-878A-2A1FAD9F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E641C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41C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641C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41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641C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4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4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aria.colegiosonline.com" TargetMode="External"/><Relationship Id="rId1" Type="http://schemas.openxmlformats.org/officeDocument/2006/relationships/hyperlink" Target="mailto:ortega.iesamaria@sedtolim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F482F4-CAB4-4CCE-B6A8-C6D89368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430</Words>
  <Characters>2365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Estudiante</cp:lastModifiedBy>
  <cp:revision>19</cp:revision>
  <dcterms:created xsi:type="dcterms:W3CDTF">2013-12-23T23:15:00Z</dcterms:created>
  <dcterms:modified xsi:type="dcterms:W3CDTF">2026-09-30T17:58:00Z</dcterms:modified>
  <cp:category/>
</cp:coreProperties>
</file>